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🎉 Welcome to Open House Party!</w:t>
      </w:r>
    </w:p>
    <w:p>
      <w:r>
        <w:t>Thank you for supporting our mission to build a sustainable future with open-source tools! Every tier helps us provide better community tools, documentation, and support for regenerative housing, self-hosted technology, and local empowerment.</w:t>
      </w:r>
    </w:p>
    <w:p>
      <w:r>
        <w:t>Here's what to expect based on your tier level:</w:t>
      </w:r>
    </w:p>
    <w:p>
      <w:r>
        <w:t>- **Free Tier**: Public project updates, blog posts, and newsletter access.</w:t>
      </w:r>
    </w:p>
    <w:p>
      <w:r>
        <w:t>- **$5 Tier**: Early access to design files, Docker app demos, and behind-the-scenes videos.</w:t>
      </w:r>
    </w:p>
    <w:p>
      <w:r>
        <w:t>- **$10 Tier**: Voting power on new project features, model requests, and print job priorities.</w:t>
      </w:r>
    </w:p>
    <w:p>
      <w:r>
        <w:t>- **$20+ Tier**: Personalized support, quarterly gifts or credits, and project consultations.</w:t>
      </w:r>
    </w:p>
    <w:p>
      <w:r>
        <w:br/>
        <w:t>🔗 You'll receive a private Nextcloud link or Docker app access based on your tier. Watch your inbox for updates or visit our community page for details!</w:t>
      </w:r>
    </w:p>
    <w:p>
      <w:r>
        <w:t>With gratitude,</w:t>
        <w:br/>
        <w:t>Chas Murillo &amp; the Open House Party Team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