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📣 Welcome to Open House Party!</w:t>
      </w:r>
    </w:p>
    <w:p>
      <w:r>
        <w:rPr>
          <w:b/>
        </w:rPr>
        <w:t>Hey everyone 👋 — and welcome to our community!</w:t>
        <w:br/>
        <w:br/>
      </w:r>
      <w:r>
        <w:t>Open House Party is a nonprofit initiative built on the belief that everyone deserves access to regenerative, affordable, and open-source tools for building homes, tools, and self-reliant lifestyles. From scalable tiny homes to local manufacturing and digital empowerment, we’re here to help people create the life they dream of — one open-source block at a time.</w:t>
      </w:r>
    </w:p>
    <w:p>
      <w:pPr>
        <w:pStyle w:val="Heading2"/>
      </w:pPr>
      <w:r>
        <w:t>🔧 What We’re About:</w:t>
      </w:r>
    </w:p>
    <w:p>
      <w:pPr>
        <w:pStyle w:val="ListBullet"/>
      </w:pPr>
      <w:r>
        <w:t>• Open-source housing and fabrication designs</w:t>
      </w:r>
    </w:p>
    <w:p>
      <w:pPr>
        <w:pStyle w:val="ListBullet"/>
      </w:pPr>
      <w:r>
        <w:t>• Community-led innovation and workshops</w:t>
      </w:r>
    </w:p>
    <w:p>
      <w:pPr>
        <w:pStyle w:val="ListBullet"/>
      </w:pPr>
      <w:r>
        <w:t>• Regenerative tools + decentralized infrastructure</w:t>
      </w:r>
    </w:p>
    <w:p>
      <w:pPr>
        <w:pStyle w:val="ListBullet"/>
      </w:pPr>
      <w:r>
        <w:t>• Digital resilience through self-hosted platforms (like the one you’re seeing here!)</w:t>
      </w:r>
    </w:p>
    <w:p>
      <w:pPr>
        <w:pStyle w:val="Heading2"/>
      </w:pPr>
      <w:r>
        <w:t>✨ What You’ll Get Here:</w:t>
      </w:r>
    </w:p>
    <w:p>
      <w:pPr>
        <w:pStyle w:val="ListBullet"/>
      </w:pPr>
      <w:r>
        <w:t>• Early access to design files and builds</w:t>
      </w:r>
    </w:p>
    <w:p>
      <w:pPr>
        <w:pStyle w:val="ListBullet"/>
      </w:pPr>
      <w:r>
        <w:t>• Behind-the-scenes looks at projects (and our mistakes)</w:t>
      </w:r>
    </w:p>
    <w:p>
      <w:pPr>
        <w:pStyle w:val="ListBullet"/>
      </w:pPr>
      <w:r>
        <w:t>• Invite-only livestreams and DIY clinics</w:t>
      </w:r>
    </w:p>
    <w:p>
      <w:pPr>
        <w:pStyle w:val="ListBullet"/>
      </w:pPr>
      <w:r>
        <w:t>• Access to contribute, collaborate, and build alongside us</w:t>
      </w:r>
    </w:p>
    <w:p>
      <w:pPr>
        <w:pStyle w:val="Heading2"/>
      </w:pPr>
      <w:r>
        <w:t>🎯 Why Patreon?</w:t>
      </w:r>
    </w:p>
    <w:p>
      <w:r>
        <w:t>We want to keep everything open, decentralized, and community-powered — but bandwidth, materials, and tool maintenance aren't free. If you're passionate about open source, off-grid living, or giving people tools to reclaim their freedom, this is where you can get involved.</w:t>
      </w:r>
    </w:p>
    <w:p>
      <w:r>
        <w:t>📡 Our mission: Help you build your dream life — from the ground up, with purpose.</w:t>
      </w:r>
    </w:p>
    <w:p>
      <w:r>
        <w:t>👉 First post? Drop us a “hello” or share your story. We’re building a future, not just a feed.</w:t>
      </w:r>
    </w:p>
    <w:p>
      <w:pPr>
        <w:pStyle w:val="Heading2"/>
      </w:pPr>
      <w:r>
        <w:t>🖼 Suggested Media:</w:t>
      </w:r>
    </w:p>
    <w:p>
      <w:r>
        <w:t>• Use your banner image as the featured image.</w:t>
        <w:br/>
        <w:t>• Optionally, embed a short 1-2 minute video introducing your voice and workspace.</w:t>
        <w:br/>
        <w:t>• Include the Open House Party logo where appropriate.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